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Annual Performance Review Form</w:t>
      </w:r>
    </w:p>
    <w:p>
      <w:r>
        <w:t>Employee Information</w:t>
      </w:r>
    </w:p>
    <w:p>
      <w:r>
        <w:t>Employee Name: _________________________</w:t>
      </w:r>
    </w:p>
    <w:p>
      <w:r>
        <w:t>Employee ID: _________________________</w:t>
      </w:r>
    </w:p>
    <w:p>
      <w:r>
        <w:t>Department: _________________________</w:t>
      </w:r>
    </w:p>
    <w:p>
      <w:r>
        <w:t>Position: _________________________</w:t>
      </w:r>
    </w:p>
    <w:p>
      <w:r>
        <w:t>Review Period: From __________ To __________</w:t>
      </w:r>
    </w:p>
    <w:p>
      <w:r>
        <w:t>Manager Name: _________________________</w:t>
      </w:r>
    </w:p>
    <w:p>
      <w:pPr>
        <w:pStyle w:val="Heading1"/>
      </w:pPr>
      <w:r>
        <w:t>Overall Performance Rating</w:t>
      </w:r>
    </w:p>
    <w:p>
      <w:r>
        <w:t>[ ] 1 - Needs Improvement</w:t>
      </w:r>
    </w:p>
    <w:p>
      <w:r>
        <w:t>[ ] 2 - Meets Expectations</w:t>
      </w:r>
    </w:p>
    <w:p>
      <w:r>
        <w:t>[ ] 3 - Exceeds Expectations</w:t>
      </w:r>
    </w:p>
    <w:p>
      <w:r>
        <w:t>[ ] 4 - Outstanding</w:t>
      </w:r>
    </w:p>
    <w:p>
      <w:pPr>
        <w:pStyle w:val="Heading1"/>
      </w:pPr>
      <w:r>
        <w:t>Goals Achievement</w:t>
      </w:r>
    </w:p>
    <w:p>
      <w:r>
        <w:t>Rate the employee's progress on established goals.</w:t>
      </w:r>
    </w:p>
    <w:p>
      <w:r>
        <w:t>Goal 1: _________________________</w:t>
      </w:r>
    </w:p>
    <w:p>
      <w:r>
        <w:t>[ ] Exceeded [ ] Met [ ] Partially Met [ ] Not Met</w:t>
      </w:r>
    </w:p>
    <w:p>
      <w:r>
        <w:t>Comments: _________________________</w:t>
      </w:r>
    </w:p>
    <w:p/>
    <w:p>
      <w:r>
        <w:t>Goal 2: _________________________</w:t>
      </w:r>
    </w:p>
    <w:p>
      <w:r>
        <w:t>[ ] Exceeded [ ] Met [ ] Partially Met [ ] Not Met</w:t>
      </w:r>
    </w:p>
    <w:p>
      <w:r>
        <w:t>Comments: _________________________</w:t>
      </w:r>
    </w:p>
    <w:p>
      <w:pPr>
        <w:pStyle w:val="Heading1"/>
      </w:pPr>
      <w:r>
        <w:t>Core Competencies Rating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Competency</w:t>
            </w:r>
          </w:p>
        </w:tc>
        <w:tc>
          <w:tcPr>
            <w:tcW w:type="dxa" w:w="1728"/>
          </w:tcPr>
          <w:p>
            <w:r>
              <w:t>1</w:t>
            </w:r>
          </w:p>
        </w:tc>
        <w:tc>
          <w:tcPr>
            <w:tcW w:type="dxa" w:w="1728"/>
          </w:tcPr>
          <w:p>
            <w:r>
              <w:t>2</w:t>
            </w:r>
          </w:p>
        </w:tc>
        <w:tc>
          <w:tcPr>
            <w:tcW w:type="dxa" w:w="1728"/>
          </w:tcPr>
          <w:p>
            <w:r>
              <w:t>3</w:t>
            </w:r>
          </w:p>
        </w:tc>
        <w:tc>
          <w:tcPr>
            <w:tcW w:type="dxa" w:w="1728"/>
          </w:tcPr>
          <w:p>
            <w:r>
              <w:t>4</w:t>
            </w:r>
          </w:p>
        </w:tc>
      </w:tr>
      <w:tr>
        <w:tc>
          <w:tcPr>
            <w:tcW w:type="dxa" w:w="1728"/>
          </w:tcPr>
          <w:p>
            <w:r>
              <w:t>Job Knowledge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Communication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Teamwork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Problem Solving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Time Management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t>Initiative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</w:tbl>
    <w:p>
      <w:pPr>
        <w:pStyle w:val="Heading1"/>
      </w:pPr>
      <w:r>
        <w:t>Strengths</w:t>
      </w:r>
    </w:p>
    <w:p>
      <w:r>
        <w:t>Describe the employee's key strengths:</w:t>
      </w:r>
    </w:p>
    <w:p>
      <w:r>
        <w:t>_________________________________________</w:t>
      </w:r>
    </w:p>
    <w:p>
      <w:r>
        <w:t>_________________________________________</w:t>
      </w:r>
    </w:p>
    <w:p>
      <w:pPr>
        <w:pStyle w:val="Heading1"/>
      </w:pPr>
      <w:r>
        <w:t>Areas for Improvement</w:t>
      </w:r>
    </w:p>
    <w:p>
      <w:r>
        <w:t>Identify areas where growth is needed:</w:t>
      </w:r>
    </w:p>
    <w:p>
      <w:r>
        <w:t>_________________________________________</w:t>
      </w:r>
    </w:p>
    <w:p>
      <w:r>
        <w:t>_________________________________________</w:t>
      </w:r>
    </w:p>
    <w:p>
      <w:pPr>
        <w:pStyle w:val="Heading1"/>
      </w:pPr>
      <w:r>
        <w:t>Development Plan</w:t>
      </w:r>
    </w:p>
    <w:p>
      <w:r>
        <w:t>Goals for next review period:</w:t>
      </w:r>
    </w:p>
    <w:p>
      <w:r>
        <w:t>1. _________________________</w:t>
      </w:r>
    </w:p>
    <w:p>
      <w:r>
        <w:t>2. _________________________</w:t>
      </w:r>
    </w:p>
    <w:p>
      <w:r>
        <w:t>3. _________________________</w:t>
      </w:r>
    </w:p>
    <w:p>
      <w:pPr>
        <w:pStyle w:val="Heading1"/>
      </w:pPr>
      <w:r>
        <w:t>Signatures</w:t>
      </w:r>
    </w:p>
    <w:p>
      <w:r>
        <w:t>Manager Signature: ________________ Date: _______</w:t>
      </w:r>
    </w:p>
    <w:p>
      <w:r>
        <w:t>Employee Signature: ________________ Date: 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