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Quarterly Check-in Form</w:t>
      </w:r>
    </w:p>
    <w:p>
      <w:r>
        <w:t>Employee Name: _________________________</w:t>
      </w:r>
    </w:p>
    <w:p>
      <w:r>
        <w:t>Department: _________________________</w:t>
      </w:r>
    </w:p>
    <w:p>
      <w:r>
        <w:t>Quarter: _________________________</w:t>
      </w:r>
    </w:p>
    <w:p>
      <w:r>
        <w:t>Year: _________________________</w:t>
      </w:r>
    </w:p>
    <w:p>
      <w:pPr>
        <w:pStyle w:val="Heading1"/>
      </w:pPr>
      <w:r>
        <w:t>Progress on Goals</w:t>
      </w:r>
    </w:p>
    <w:p>
      <w:r>
        <w:t>Goal 1: _________________________</w:t>
      </w:r>
    </w:p>
    <w:p>
      <w:r>
        <w:t>Status: [ ] On Track [ ] Ahead [ ] Behind</w:t>
      </w:r>
    </w:p>
    <w:p>
      <w:r>
        <w:t>Notes: _________________________</w:t>
      </w:r>
    </w:p>
    <w:p>
      <w:pPr>
        <w:pStyle w:val="Heading1"/>
      </w:pPr>
      <w:r>
        <w:t>Key Accomplishments</w:t>
      </w:r>
    </w:p>
    <w:p>
      <w:r>
        <w:t>_________________________________________</w:t>
      </w:r>
    </w:p>
    <w:p>
      <w:r>
        <w:t>_________________________________________</w:t>
      </w:r>
    </w:p>
    <w:p>
      <w:pPr>
        <w:pStyle w:val="Heading1"/>
      </w:pPr>
      <w:r>
        <w:t>Challenges Faced</w:t>
      </w:r>
    </w:p>
    <w:p>
      <w:r>
        <w:t>_________________________________________</w:t>
      </w:r>
    </w:p>
    <w:p>
      <w:r>
        <w:t>_________________________________________</w:t>
      </w:r>
    </w:p>
    <w:p>
      <w:pPr>
        <w:pStyle w:val="Heading1"/>
      </w:pPr>
      <w:r>
        <w:t>Support Needed</w:t>
      </w:r>
    </w:p>
    <w:p>
      <w:r>
        <w:t>_________________________________________</w:t>
      </w:r>
    </w:p>
    <w:p>
      <w:r>
        <w:t>_________________________________________</w:t>
      </w:r>
    </w:p>
    <w:p>
      <w:pPr>
        <w:pStyle w:val="Heading1"/>
      </w:pPr>
      <w:r>
        <w:t>Goals for Next Quarter</w:t>
      </w:r>
    </w:p>
    <w:p>
      <w:r>
        <w:t>1. _________________________</w:t>
      </w:r>
    </w:p>
    <w:p>
      <w:r>
        <w:t>2. _________________________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