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Employee Self-Assessment Form</w:t>
      </w:r>
    </w:p>
    <w:p>
      <w:r>
        <w:t>Employee Name: _________________________</w:t>
      </w:r>
    </w:p>
    <w:p>
      <w:r>
        <w:t>Department: _________________________</w:t>
      </w:r>
    </w:p>
    <w:p>
      <w:r>
        <w:t>Review Period: _________________________</w:t>
      </w:r>
    </w:p>
    <w:p>
      <w:pPr>
        <w:pStyle w:val="Heading1"/>
      </w:pPr>
      <w:r>
        <w:t>Self-Rating</w:t>
      </w:r>
    </w:p>
    <w:p>
      <w:r>
        <w:t>[ ] 1 - Needs Improvement</w:t>
      </w:r>
    </w:p>
    <w:p>
      <w:r>
        <w:t>[ ] 2 - Meets Expectations</w:t>
      </w:r>
    </w:p>
    <w:p>
      <w:r>
        <w:t>[ ] 3 - Exceeds Expectations</w:t>
      </w:r>
    </w:p>
    <w:p>
      <w:r>
        <w:t>[ ] 4 - Outstanding</w:t>
      </w:r>
    </w:p>
    <w:p>
      <w:pPr>
        <w:pStyle w:val="Heading1"/>
      </w:pPr>
      <w:r>
        <w:t>Key Accomplishments</w:t>
      </w:r>
    </w:p>
    <w:p>
      <w:r>
        <w:t>Describe your major achievements this period:</w:t>
      </w:r>
    </w:p>
    <w:p>
      <w:r>
        <w:t>1. _________________________</w:t>
      </w:r>
    </w:p>
    <w:p>
      <w:r>
        <w:t>2. _________________________</w:t>
      </w:r>
    </w:p>
    <w:p>
      <w:r>
        <w:t>3. _________________________</w:t>
      </w:r>
    </w:p>
    <w:p>
      <w:pPr>
        <w:pStyle w:val="Heading1"/>
      </w:pPr>
      <w:r>
        <w:t>Strengths</w:t>
      </w:r>
    </w:p>
    <w:p>
      <w:r>
        <w:t>What do you consider your greatest strengths?</w:t>
      </w:r>
    </w:p>
    <w:p>
      <w:r>
        <w:t>_________________________________________</w:t>
      </w:r>
    </w:p>
    <w:p>
      <w:pPr>
        <w:pStyle w:val="Heading1"/>
      </w:pPr>
      <w:r>
        <w:t>Areas for Development</w:t>
      </w:r>
    </w:p>
    <w:p>
      <w:r>
        <w:t>What areas would you like to develop?</w:t>
      </w:r>
    </w:p>
    <w:p>
      <w:r>
        <w:t>_________________________________________</w:t>
      </w:r>
    </w:p>
    <w:p>
      <w:pPr>
        <w:pStyle w:val="Heading1"/>
      </w:pPr>
      <w:r>
        <w:t>Goals for Next Period</w:t>
      </w:r>
    </w:p>
    <w:p>
      <w:r>
        <w:t>1. _________________________</w:t>
      </w:r>
    </w:p>
    <w:p>
      <w:r>
        <w:t>2. _________________________</w:t>
      </w:r>
    </w:p>
    <w:p>
      <w:pPr>
        <w:pStyle w:val="Heading1"/>
      </w:pPr>
      <w:r>
        <w:t>Additional Comments</w:t>
      </w:r>
    </w:p>
    <w:p>
      <w:r>
        <w:t>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